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bidi w:val="1"/>
      </w:pPr>
      <w:r>
        <w:rPr>
          <w:rFonts w:ascii="Arial" w:hAnsi="Arial" w:cs="Arial"/>
          <w:b/>
          <w:color w:val="102B3F"/>
          <w:sz w:val="48"/>
          <w:rtl w:val="1"/>
        </w:rPr>
        <w:t>נספח תניית בוררות</w:t>
      </w:r>
    </w:p>
    <w:p>
      <w:pPr>
        <w:spacing w:after="320" w:line="276" w:lineRule="auto"/>
        <w:jc w:val="left"/>
        <w:bidi w:val="1"/>
      </w:pPr>
      <w:r>
        <w:rPr>
          <w:rFonts w:ascii="Arial" w:hAnsi="Arial" w:cs="Arial"/>
          <w:b w:val="0"/>
          <w:color w:val="5C707B"/>
          <w:sz w:val="22"/>
          <w:rtl w:val="1"/>
        </w:rPr>
        <w:t>נספח קצר שניתן לצרף לחוזה קיים או לשלב בו כסעיף יישוב מחלוקות.</w:t>
      </w:r>
    </w:p>
    <w:p>
      <w:pPr>
        <w:spacing w:after="140" w:line="276" w:lineRule="auto"/>
        <w:jc w:val="left"/>
        <w:bidi w:val="1"/>
      </w:pPr>
      <w:r>
        <w:rPr>
          <w:rFonts w:ascii="Arial" w:hAnsi="Arial" w:cs="Arial"/>
          <w:b/>
          <w:color w:val="15866F"/>
          <w:sz w:val="30"/>
          <w:rtl w:val="1"/>
        </w:rPr>
        <w:t>פרטי ההסכם המקורי</w:t>
      </w:r>
    </w:p>
    <w:p>
      <w:pPr>
        <w:spacing w:after="40" w:line="276" w:lineRule="auto"/>
        <w:jc w:val="left"/>
        <w:bidi w:val="1"/>
      </w:pPr>
      <w:r>
        <w:rPr>
          <w:rFonts w:ascii="Arial" w:hAnsi="Arial" w:cs="Arial"/>
          <w:b/>
          <w:color w:val="102B3F"/>
          <w:sz w:val="22"/>
          <w:rtl w:val="1"/>
        </w:rPr>
        <w:t>שם/סוג ההסכם</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תאריך ההסכם</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40" w:line="276" w:lineRule="auto"/>
        <w:jc w:val="left"/>
        <w:bidi w:val="1"/>
      </w:pPr>
      <w:r>
        <w:rPr>
          <w:rFonts w:ascii="Arial" w:hAnsi="Arial" w:cs="Arial"/>
          <w:b/>
          <w:color w:val="102B3F"/>
          <w:sz w:val="22"/>
          <w:rtl w:val="1"/>
        </w:rPr>
        <w:t>שמות הצדדים</w:t>
      </w:r>
    </w:p>
    <w:p>
      <w:pPr>
        <w:spacing w:after="140" w:line="276" w:lineRule="auto"/>
        <w:jc w:val="left"/>
        <w:bidi w:val="1"/>
      </w:pPr>
      <w:r>
        <w:rPr>
          <w:rFonts w:ascii="Arial" w:hAnsi="Arial" w:cs="Arial"/>
          <w:b w:val="0"/>
          <w:color w:val="5C707B"/>
          <w:sz w:val="22"/>
          <w:rtl w:val="1"/>
        </w:rPr>
        <w:t>__________________________________________________________________</w:t>
      </w:r>
    </w:p>
    <w:p>
      <w:pPr>
        <w:spacing w:after="140" w:line="276" w:lineRule="auto"/>
        <w:jc w:val="left"/>
        <w:bidi w:val="1"/>
      </w:pPr>
      <w:r>
        <w:rPr>
          <w:rFonts w:ascii="Arial" w:hAnsi="Arial" w:cs="Arial"/>
          <w:b/>
          <w:color w:val="15866F"/>
          <w:sz w:val="30"/>
          <w:rtl w:val="1"/>
        </w:rPr>
        <w:t>תניית הבוררות המוצעת</w:t>
      </w:r>
    </w:p>
    <w:p>
      <w:pPr>
        <w:spacing w:after="280" w:line="276" w:lineRule="auto"/>
        <w:jc w:val="left"/>
        <w:bidi w:val="1"/>
      </w:pPr>
      <w:r>
        <w:rPr>
          <w:rFonts w:ascii="Arial" w:hAnsi="Arial" w:cs="Arial"/>
          <w:b w:val="0"/>
          <w:sz w:val="22"/>
          <w:rtl w:val="1"/>
        </w:rPr>
        <w:t>כל מחלוקת, טענה או דרישה הנובעת מהסכם זה או הקשורה אליו, לרבות כריתתו, פרשנותו, ביצועו, הפרתו או סיומו, תובא תחילה להליך בוררות באמצעות FairPath. הצדדים מתחייבים לשתף פעולה עם פתיחת ההליך ולחתום, ככל שיידרש, על שטר בוררות מפורט שיקבע את זהות הבוררים, סדרי הדין, המועדים, הסודיות ואפשרות הערעור לערכאת בוררות שנייה. הבוררות תתנהל בהתאם להסכמת הצדדים ולהוראות הדין החל. אין בסעיף זה כדי לגרוע מזכות לפנות לערכאה מוסמכת לקבלת סעד זמני או בכל מקרה שבו הדין אינו מאפשר למסור את העניין לבוררות.</w:t>
      </w:r>
    </w:p>
    <w:p>
      <w:pPr>
        <w:spacing w:after="120" w:line="276" w:lineRule="auto"/>
        <w:jc w:val="left"/>
        <w:bidi w:val="1"/>
      </w:pPr>
      <w:r>
        <w:rPr>
          <w:rFonts w:ascii="Arial" w:hAnsi="Arial" w:cs="Arial"/>
          <w:b/>
          <w:sz w:val="22"/>
          <w:rtl w:val="1"/>
        </w:rPr>
        <w:t>נספח זה מהווה חלק בלתי נפרד מן ההסכם המקורי. במקרה של סתירה בנושא יישוב מחלוקות, יגבר האמור בנספח זה, בכפוף לדין.</w:t>
      </w:r>
    </w:p>
    <w:p>
      <w:pPr>
        <w:spacing w:after="140" w:line="276" w:lineRule="auto"/>
        <w:jc w:val="left"/>
        <w:bidi w:val="1"/>
      </w:pPr>
      <w:r>
        <w:rPr>
          <w:rFonts w:ascii="Arial" w:hAnsi="Arial" w:cs="Arial"/>
          <w:b/>
          <w:color w:val="15866F"/>
          <w:sz w:val="30"/>
          <w:rtl w:val="1"/>
        </w:rPr>
        <w:t>חתימות</w:t>
      </w:r>
    </w:p>
    <w:p>
      <w:pPr>
        <w:spacing w:after="120" w:line="276" w:lineRule="auto"/>
        <w:jc w:val="left"/>
        <w:bidi w:val="1"/>
      </w:pPr>
      <w:r>
        <w:rPr>
          <w:rFonts w:ascii="Arial" w:hAnsi="Arial" w:cs="Arial"/>
          <w:b w:val="0"/>
          <w:sz w:val="22"/>
          <w:rtl w:val="1"/>
        </w:rPr>
        <w:t>צד א׳: ____________________   חתימה: ____________________   תאריך: __________</w:t>
      </w:r>
    </w:p>
    <w:p>
      <w:pPr>
        <w:spacing w:after="120" w:line="276" w:lineRule="auto"/>
        <w:jc w:val="left"/>
        <w:bidi w:val="1"/>
      </w:pPr>
      <w:r>
        <w:rPr>
          <w:rFonts w:ascii="Arial" w:hAnsi="Arial" w:cs="Arial"/>
          <w:b w:val="0"/>
          <w:sz w:val="22"/>
          <w:rtl w:val="1"/>
        </w:rPr>
        <w:t>צד ב׳: ____________________   חתימה: ____________________   תאריך: 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bidi w:val="1"/>
    </w:pPr>
    <w:r>
      <w:rPr>
        <w:rFonts w:ascii="Arial" w:hAnsi="Arial" w:cs="Arial"/>
        <w:b w:val="0"/>
        <w:color w:val="5C707B"/>
        <w:sz w:val="16"/>
        <w:rtl w:val="1"/>
      </w:rPr>
      <w:t>תבנית להמחשה בלבד · מומלץ לקבל ייעוץ משפטי לפני חתימה</w:t>
    </w:r>
    <w:r>
      <w:rPr/>
      <w:t xml:space="preserve">fairpath.uk  </w:t>
    </w:r>
    <w:r>
      <w:drawing>
        <wp:inline xmlns:a="http://schemas.openxmlformats.org/drawingml/2006/main" xmlns:pic="http://schemas.openxmlformats.org/drawingml/2006/picture">
          <wp:extent cx="438912" cy="438912"/>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438912" cy="438912"/>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bidi w:val="1"/>
    </w:pPr>
    <w:r>
      <w:rPr>
        <w:rFonts w:ascii="Arial" w:hAnsi="Arial" w:cs="Arial"/>
        <w:b/>
        <w:color w:val="15866F"/>
        <w:sz w:val="18"/>
        <w:rtl w:val="1"/>
      </w:rPr>
      <w:t>FairPath  |  טפסים וחוזים</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